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4C0BD" w14:textId="77777777" w:rsidR="00E26514" w:rsidRPr="0014242E" w:rsidRDefault="00000000">
      <w:pPr>
        <w:jc w:val="right"/>
        <w:rPr>
          <w:rFonts w:ascii="Avenir Next LT Pro" w:hAnsi="Avenir Next LT Pro"/>
          <w:lang w:val="es-AR"/>
        </w:rPr>
      </w:pPr>
      <w:r w:rsidRPr="0014242E">
        <w:rPr>
          <w:rFonts w:ascii="Avenir Next LT Pro" w:hAnsi="Avenir Next LT Pro"/>
          <w:b/>
          <w:lang w:val="es-AR"/>
        </w:rPr>
        <w:t>FECHA: ........ / ........ / 202...</w:t>
      </w:r>
    </w:p>
    <w:p w14:paraId="2962E755" w14:textId="77777777" w:rsidR="00E26514" w:rsidRPr="0014242E" w:rsidRDefault="00000000">
      <w:pPr>
        <w:jc w:val="center"/>
        <w:rPr>
          <w:rFonts w:ascii="Avenir Next LT Pro" w:hAnsi="Avenir Next LT Pro"/>
          <w:lang w:val="es-AR"/>
        </w:rPr>
      </w:pPr>
      <w:r w:rsidRPr="0014242E">
        <w:rPr>
          <w:rFonts w:ascii="Avenir Next LT Pro" w:hAnsi="Avenir Next LT Pro"/>
          <w:b/>
          <w:sz w:val="28"/>
          <w:lang w:val="es-AR"/>
        </w:rPr>
        <w:t>SOLICITUD DE PASE LIBRE - EXCOMBATIENTES</w:t>
      </w:r>
    </w:p>
    <w:p w14:paraId="52516518" w14:textId="77777777" w:rsidR="00E26514" w:rsidRPr="0014242E" w:rsidRDefault="00000000">
      <w:pPr>
        <w:jc w:val="center"/>
        <w:rPr>
          <w:rFonts w:ascii="Avenir Next LT Pro" w:hAnsi="Avenir Next LT Pro"/>
          <w:lang w:val="es-AR"/>
        </w:rPr>
      </w:pPr>
      <w:r w:rsidRPr="0014242E">
        <w:rPr>
          <w:rFonts w:ascii="Avenir Next LT Pro" w:hAnsi="Avenir Next LT Pro"/>
          <w:b/>
          <w:lang w:val="es-AR"/>
        </w:rPr>
        <w:t>Ente Túnel Subfluvial "Raúl Uranga - Carlos Sylvestre Begnis"</w:t>
      </w:r>
    </w:p>
    <w:p w14:paraId="17A032EC" w14:textId="77777777" w:rsidR="00E26514" w:rsidRPr="0014242E" w:rsidRDefault="00000000">
      <w:pPr>
        <w:rPr>
          <w:rFonts w:ascii="Avenir Next LT Pro" w:hAnsi="Avenir Next LT Pro"/>
          <w:lang w:val="es-AR"/>
        </w:rPr>
      </w:pPr>
      <w:r w:rsidRPr="0014242E">
        <w:rPr>
          <w:rFonts w:ascii="Avenir Next LT Pro" w:hAnsi="Avenir Next LT Pro"/>
          <w:b/>
          <w:lang w:val="es-AR"/>
        </w:rPr>
        <w:t>A: DIRECTORIO DEL TÚNEL SUBFLUVIAL</w:t>
      </w:r>
    </w:p>
    <w:p w14:paraId="77CE3C1B" w14:textId="77777777" w:rsidR="00E26514" w:rsidRPr="0014242E" w:rsidRDefault="00000000">
      <w:pPr>
        <w:rPr>
          <w:rFonts w:ascii="Avenir Next LT Pro" w:hAnsi="Avenir Next LT Pro"/>
          <w:lang w:val="es-AR"/>
        </w:rPr>
      </w:pPr>
      <w:r w:rsidRPr="0014242E">
        <w:rPr>
          <w:rFonts w:ascii="Avenir Next LT Pro" w:hAnsi="Avenir Next LT Pro"/>
          <w:b/>
          <w:lang w:val="es-AR"/>
        </w:rPr>
        <w:t>DATOS DEL SOLICITANTE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E26514" w:rsidRPr="0014242E" w14:paraId="0F0EDF1D" w14:textId="77777777" w:rsidTr="0014242E">
        <w:trPr>
          <w:trHeight w:val="884"/>
          <w:jc w:val="center"/>
        </w:trPr>
        <w:tc>
          <w:tcPr>
            <w:tcW w:w="10106" w:type="dxa"/>
            <w:vAlign w:val="center"/>
          </w:tcPr>
          <w:p w14:paraId="3DE4D6BD" w14:textId="1F18BD5F" w:rsidR="00E26514" w:rsidRPr="0014242E" w:rsidRDefault="00000000">
            <w:pPr>
              <w:rPr>
                <w:rFonts w:ascii="Avenir Next LT Pro" w:hAnsi="Avenir Next LT Pro"/>
              </w:rPr>
            </w:pPr>
            <w:r w:rsidRPr="0014242E">
              <w:rPr>
                <w:rFonts w:ascii="Avenir Next LT Pro" w:hAnsi="Avenir Next LT Pro"/>
              </w:rPr>
              <w:t xml:space="preserve">Nombre y </w:t>
            </w:r>
            <w:proofErr w:type="spellStart"/>
            <w:r w:rsidRPr="0014242E">
              <w:rPr>
                <w:rFonts w:ascii="Avenir Next LT Pro" w:hAnsi="Avenir Next LT Pro"/>
              </w:rPr>
              <w:t>Apellido</w:t>
            </w:r>
            <w:proofErr w:type="spellEnd"/>
            <w:r w:rsidRPr="0014242E">
              <w:rPr>
                <w:rFonts w:ascii="Avenir Next LT Pro" w:hAnsi="Avenir Next LT Pro"/>
              </w:rPr>
              <w:t xml:space="preserve">:   </w:t>
            </w:r>
          </w:p>
        </w:tc>
      </w:tr>
      <w:tr w:rsidR="00E26514" w:rsidRPr="0014242E" w14:paraId="275C4BFF" w14:textId="77777777" w:rsidTr="0014242E">
        <w:trPr>
          <w:trHeight w:val="442"/>
          <w:jc w:val="center"/>
        </w:trPr>
        <w:tc>
          <w:tcPr>
            <w:tcW w:w="10106" w:type="dxa"/>
            <w:vAlign w:val="center"/>
          </w:tcPr>
          <w:p w14:paraId="489215D4" w14:textId="6B21CAED" w:rsidR="00E26514" w:rsidRPr="0014242E" w:rsidRDefault="00000000">
            <w:pPr>
              <w:rPr>
                <w:rFonts w:ascii="Avenir Next LT Pro" w:hAnsi="Avenir Next LT Pro"/>
              </w:rPr>
            </w:pPr>
            <w:r w:rsidRPr="0014242E">
              <w:rPr>
                <w:rFonts w:ascii="Avenir Next LT Pro" w:hAnsi="Avenir Next LT Pro"/>
              </w:rPr>
              <w:t xml:space="preserve">DNI:  </w:t>
            </w:r>
          </w:p>
        </w:tc>
      </w:tr>
      <w:tr w:rsidR="00E26514" w:rsidRPr="0014242E" w14:paraId="0C5B611D" w14:textId="77777777" w:rsidTr="0014242E">
        <w:trPr>
          <w:trHeight w:val="442"/>
          <w:jc w:val="center"/>
        </w:trPr>
        <w:tc>
          <w:tcPr>
            <w:tcW w:w="10106" w:type="dxa"/>
            <w:vAlign w:val="center"/>
          </w:tcPr>
          <w:p w14:paraId="1ADC3148" w14:textId="0A72D260" w:rsidR="00E26514" w:rsidRPr="0014242E" w:rsidRDefault="00000000">
            <w:pPr>
              <w:rPr>
                <w:rFonts w:ascii="Avenir Next LT Pro" w:hAnsi="Avenir Next LT Pro"/>
              </w:rPr>
            </w:pPr>
            <w:r w:rsidRPr="0014242E">
              <w:rPr>
                <w:rFonts w:ascii="Avenir Next LT Pro" w:hAnsi="Avenir Next LT Pro"/>
              </w:rPr>
              <w:t xml:space="preserve">Domicilio:   </w:t>
            </w:r>
          </w:p>
        </w:tc>
      </w:tr>
      <w:tr w:rsidR="00E26514" w:rsidRPr="0014242E" w14:paraId="02FDD746" w14:textId="77777777" w:rsidTr="0014242E">
        <w:trPr>
          <w:trHeight w:val="414"/>
          <w:jc w:val="center"/>
        </w:trPr>
        <w:tc>
          <w:tcPr>
            <w:tcW w:w="10106" w:type="dxa"/>
            <w:vAlign w:val="center"/>
          </w:tcPr>
          <w:p w14:paraId="28A953BA" w14:textId="71FD57A8" w:rsidR="00E26514" w:rsidRPr="0014242E" w:rsidRDefault="00000000">
            <w:pPr>
              <w:rPr>
                <w:rFonts w:ascii="Avenir Next LT Pro" w:hAnsi="Avenir Next LT Pro"/>
              </w:rPr>
            </w:pPr>
            <w:r w:rsidRPr="0014242E">
              <w:rPr>
                <w:rFonts w:ascii="Avenir Next LT Pro" w:hAnsi="Avenir Next LT Pro"/>
              </w:rPr>
              <w:t xml:space="preserve">Teléfono:  </w:t>
            </w:r>
          </w:p>
        </w:tc>
      </w:tr>
    </w:tbl>
    <w:p w14:paraId="2705D595" w14:textId="77777777" w:rsidR="0014242E" w:rsidRDefault="0014242E">
      <w:pPr>
        <w:rPr>
          <w:rFonts w:ascii="Avenir Next LT Pro" w:hAnsi="Avenir Next LT Pro"/>
          <w:b/>
        </w:rPr>
      </w:pPr>
    </w:p>
    <w:p w14:paraId="5F383D98" w14:textId="1325AA60" w:rsidR="00E26514" w:rsidRPr="0014242E" w:rsidRDefault="00000000">
      <w:pPr>
        <w:rPr>
          <w:rFonts w:ascii="Avenir Next LT Pro" w:hAnsi="Avenir Next LT Pro"/>
        </w:rPr>
      </w:pPr>
      <w:r w:rsidRPr="0014242E">
        <w:rPr>
          <w:rFonts w:ascii="Avenir Next LT Pro" w:hAnsi="Avenir Next LT Pro"/>
          <w:b/>
        </w:rPr>
        <w:t>DATOS DEL VEHÍCULO (CAT 1)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E26514" w:rsidRPr="0014242E" w14:paraId="0CA183EB" w14:textId="77777777">
        <w:trPr>
          <w:jc w:val="center"/>
        </w:trPr>
        <w:tc>
          <w:tcPr>
            <w:tcW w:w="9972" w:type="dxa"/>
          </w:tcPr>
          <w:p w14:paraId="3A772DDB" w14:textId="77777777" w:rsidR="00E26514" w:rsidRDefault="00000000">
            <w:pPr>
              <w:rPr>
                <w:rFonts w:ascii="Avenir Next LT Pro" w:hAnsi="Avenir Next LT Pro"/>
              </w:rPr>
            </w:pPr>
            <w:r w:rsidRPr="0014242E">
              <w:rPr>
                <w:rFonts w:ascii="Avenir Next LT Pro" w:hAnsi="Avenir Next LT Pro"/>
              </w:rPr>
              <w:t xml:space="preserve">Marca y Modelo:   </w:t>
            </w:r>
          </w:p>
          <w:p w14:paraId="0B9FCDA9" w14:textId="25DF6B27" w:rsidR="0014242E" w:rsidRPr="0014242E" w:rsidRDefault="0014242E">
            <w:pPr>
              <w:rPr>
                <w:rFonts w:ascii="Avenir Next LT Pro" w:hAnsi="Avenir Next LT Pro"/>
              </w:rPr>
            </w:pPr>
          </w:p>
        </w:tc>
      </w:tr>
      <w:tr w:rsidR="00E26514" w:rsidRPr="0014242E" w14:paraId="0144EC10" w14:textId="77777777">
        <w:trPr>
          <w:jc w:val="center"/>
        </w:trPr>
        <w:tc>
          <w:tcPr>
            <w:tcW w:w="9972" w:type="dxa"/>
          </w:tcPr>
          <w:p w14:paraId="00CD49C7" w14:textId="77777777" w:rsidR="00E26514" w:rsidRDefault="00000000">
            <w:pPr>
              <w:rPr>
                <w:rFonts w:ascii="Avenir Next LT Pro" w:hAnsi="Avenir Next LT Pro"/>
              </w:rPr>
            </w:pPr>
            <w:r w:rsidRPr="0014242E">
              <w:rPr>
                <w:rFonts w:ascii="Avenir Next LT Pro" w:hAnsi="Avenir Next LT Pro"/>
              </w:rPr>
              <w:t xml:space="preserve">Dominio (Patente):   </w:t>
            </w:r>
          </w:p>
          <w:p w14:paraId="2B4E98B4" w14:textId="09270586" w:rsidR="0014242E" w:rsidRPr="0014242E" w:rsidRDefault="0014242E">
            <w:pPr>
              <w:rPr>
                <w:rFonts w:ascii="Avenir Next LT Pro" w:hAnsi="Avenir Next LT Pro"/>
              </w:rPr>
            </w:pPr>
          </w:p>
        </w:tc>
      </w:tr>
    </w:tbl>
    <w:p w14:paraId="0FF08353" w14:textId="77777777" w:rsidR="0014242E" w:rsidRDefault="0014242E">
      <w:pPr>
        <w:spacing w:after="160"/>
        <w:jc w:val="both"/>
        <w:rPr>
          <w:rFonts w:ascii="Avenir Next LT Pro" w:hAnsi="Avenir Next LT Pro"/>
          <w:lang w:val="es-AR"/>
        </w:rPr>
      </w:pPr>
    </w:p>
    <w:p w14:paraId="4C20DDE8" w14:textId="390BACCA" w:rsidR="00E26514" w:rsidRPr="0014242E" w:rsidRDefault="00000000">
      <w:pPr>
        <w:spacing w:after="160"/>
        <w:jc w:val="both"/>
        <w:rPr>
          <w:rFonts w:ascii="Avenir Next LT Pro" w:hAnsi="Avenir Next LT Pro"/>
          <w:lang w:val="es-AR"/>
        </w:rPr>
      </w:pPr>
      <w:r w:rsidRPr="0014242E">
        <w:rPr>
          <w:rFonts w:ascii="Avenir Next LT Pro" w:hAnsi="Avenir Next LT Pro"/>
          <w:lang w:val="es-AR"/>
        </w:rPr>
        <w:t>Quien suscribe se dirige a ustedes en mi carácter de excombatiente de la Guerra de Malvinas, con el fin de solicitar el otorgamiento del beneficio de pase libre en el peaje del Túnel Subfluvial.</w:t>
      </w:r>
    </w:p>
    <w:p w14:paraId="23EDDAAF" w14:textId="52217246" w:rsidR="00E26514" w:rsidRPr="0014242E" w:rsidRDefault="00000000">
      <w:pPr>
        <w:spacing w:after="160"/>
        <w:jc w:val="both"/>
        <w:rPr>
          <w:rFonts w:ascii="Avenir Next LT Pro" w:hAnsi="Avenir Next LT Pro"/>
          <w:lang w:val="es-AR"/>
        </w:rPr>
      </w:pPr>
      <w:r w:rsidRPr="0014242E">
        <w:rPr>
          <w:rFonts w:ascii="Avenir Next LT Pro" w:hAnsi="Avenir Next LT Pro"/>
          <w:lang w:val="es-AR"/>
        </w:rPr>
        <w:t>Adjunto a la presente</w:t>
      </w:r>
      <w:r w:rsidR="00F00B6C">
        <w:rPr>
          <w:rFonts w:ascii="Avenir Next LT Pro" w:hAnsi="Avenir Next LT Pro"/>
          <w:lang w:val="es-AR"/>
        </w:rPr>
        <w:t>,</w:t>
      </w:r>
      <w:r w:rsidRPr="0014242E">
        <w:rPr>
          <w:rFonts w:ascii="Avenir Next LT Pro" w:hAnsi="Avenir Next LT Pro"/>
          <w:lang w:val="es-AR"/>
        </w:rPr>
        <w:t xml:space="preserve"> la documentación necesaria que acredita oficialmente mi condición y la titularidad del vehículo mencionado.</w:t>
      </w:r>
    </w:p>
    <w:p w14:paraId="76EB42DD" w14:textId="77777777" w:rsidR="00E26514" w:rsidRPr="0014242E" w:rsidRDefault="00000000">
      <w:pPr>
        <w:spacing w:after="160"/>
        <w:jc w:val="both"/>
        <w:rPr>
          <w:rFonts w:ascii="Avenir Next LT Pro" w:hAnsi="Avenir Next LT Pro"/>
          <w:lang w:val="es-AR"/>
        </w:rPr>
      </w:pPr>
      <w:r w:rsidRPr="0014242E">
        <w:rPr>
          <w:rFonts w:ascii="Avenir Next LT Pro" w:hAnsi="Avenir Next LT Pro"/>
          <w:lang w:val="es-AR"/>
        </w:rPr>
        <w:t>Agradezco desde ya su atención y quedo a la espera de una respuesta favorable a esta solicitud.</w:t>
      </w:r>
    </w:p>
    <w:p w14:paraId="16BC1B51" w14:textId="77777777" w:rsidR="0014242E" w:rsidRDefault="0014242E">
      <w:pPr>
        <w:rPr>
          <w:rFonts w:ascii="Avenir Next LT Pro" w:hAnsi="Avenir Next LT Pro"/>
          <w:b/>
          <w:lang w:val="es-AR"/>
        </w:rPr>
      </w:pPr>
    </w:p>
    <w:p w14:paraId="3A710994" w14:textId="28D1E147" w:rsidR="00E26514" w:rsidRPr="0014242E" w:rsidRDefault="00000000">
      <w:pPr>
        <w:rPr>
          <w:rFonts w:ascii="Avenir Next LT Pro" w:hAnsi="Avenir Next LT Pro"/>
          <w:lang w:val="es-AR"/>
        </w:rPr>
      </w:pPr>
      <w:r w:rsidRPr="0014242E">
        <w:rPr>
          <w:rFonts w:ascii="Avenir Next LT Pro" w:hAnsi="Avenir Next LT Pro"/>
          <w:b/>
          <w:lang w:val="es-AR"/>
        </w:rPr>
        <w:t>DOCUMENTACIÓN ADJUNTA</w:t>
      </w:r>
    </w:p>
    <w:p w14:paraId="1D893ED2" w14:textId="1F07DB09" w:rsidR="00E26514" w:rsidRPr="0014242E" w:rsidRDefault="0014242E">
      <w:pPr>
        <w:ind w:left="283"/>
        <w:rPr>
          <w:rFonts w:ascii="Avenir Next LT Pro" w:hAnsi="Avenir Next LT Pro"/>
          <w:lang w:val="es-AR"/>
        </w:rPr>
      </w:pPr>
      <w:r w:rsidRPr="0014242E">
        <w:rPr>
          <w:rFonts w:ascii="Segoe UI Symbol" w:hAnsi="Segoe UI Symbol" w:cs="Segoe UI Symbol"/>
          <w:lang w:val="es-AR"/>
        </w:rPr>
        <w:t>☐</w:t>
      </w:r>
      <w:r w:rsidRPr="0014242E">
        <w:rPr>
          <w:rFonts w:ascii="Avenir Next LT Pro" w:hAnsi="Avenir Next LT Pro"/>
          <w:lang w:val="es-AR"/>
        </w:rPr>
        <w:t xml:space="preserve"> Nota</w:t>
      </w:r>
      <w:r w:rsidR="00000000" w:rsidRPr="0014242E">
        <w:rPr>
          <w:rFonts w:ascii="Avenir Next LT Pro" w:hAnsi="Avenir Next LT Pro"/>
          <w:lang w:val="es-AR"/>
        </w:rPr>
        <w:t xml:space="preserve"> de solicitud completada.</w:t>
      </w:r>
    </w:p>
    <w:p w14:paraId="353BBFC7" w14:textId="5878796E" w:rsidR="00E26514" w:rsidRPr="0014242E" w:rsidRDefault="0014242E">
      <w:pPr>
        <w:ind w:left="283"/>
        <w:rPr>
          <w:rFonts w:ascii="Avenir Next LT Pro" w:hAnsi="Avenir Next LT Pro"/>
          <w:lang w:val="es-AR"/>
        </w:rPr>
      </w:pPr>
      <w:r w:rsidRPr="0014242E">
        <w:rPr>
          <w:rFonts w:ascii="Segoe UI Symbol" w:hAnsi="Segoe UI Symbol" w:cs="Segoe UI Symbol"/>
          <w:lang w:val="es-AR"/>
        </w:rPr>
        <w:t>☐</w:t>
      </w:r>
      <w:r w:rsidRPr="0014242E">
        <w:rPr>
          <w:rFonts w:ascii="Avenir Next LT Pro" w:hAnsi="Avenir Next LT Pro"/>
          <w:lang w:val="es-AR"/>
        </w:rPr>
        <w:t xml:space="preserve"> Copia</w:t>
      </w:r>
      <w:r w:rsidR="00000000" w:rsidRPr="0014242E">
        <w:rPr>
          <w:rFonts w:ascii="Avenir Next LT Pro" w:hAnsi="Avenir Next LT Pro"/>
          <w:lang w:val="es-AR"/>
        </w:rPr>
        <w:t xml:space="preserve"> de DNI (Frente y Dorso).</w:t>
      </w:r>
    </w:p>
    <w:p w14:paraId="503905B1" w14:textId="33796EC2" w:rsidR="00E26514" w:rsidRPr="0014242E" w:rsidRDefault="0014242E">
      <w:pPr>
        <w:ind w:left="283"/>
        <w:rPr>
          <w:rFonts w:ascii="Avenir Next LT Pro" w:hAnsi="Avenir Next LT Pro"/>
          <w:lang w:val="es-AR"/>
        </w:rPr>
      </w:pPr>
      <w:r w:rsidRPr="0014242E">
        <w:rPr>
          <w:rFonts w:ascii="Segoe UI Symbol" w:hAnsi="Segoe UI Symbol" w:cs="Segoe UI Symbol"/>
          <w:lang w:val="es-AR"/>
        </w:rPr>
        <w:t>☐</w:t>
      </w:r>
      <w:r w:rsidRPr="0014242E">
        <w:rPr>
          <w:rFonts w:ascii="Avenir Next LT Pro" w:hAnsi="Avenir Next LT Pro"/>
          <w:lang w:val="es-AR"/>
        </w:rPr>
        <w:t xml:space="preserve"> Copia</w:t>
      </w:r>
      <w:r w:rsidR="00000000" w:rsidRPr="0014242E">
        <w:rPr>
          <w:rFonts w:ascii="Avenir Next LT Pro" w:hAnsi="Avenir Next LT Pro"/>
          <w:lang w:val="es-AR"/>
        </w:rPr>
        <w:t xml:space="preserve"> de Tarjeta Verde del vehículo.</w:t>
      </w:r>
    </w:p>
    <w:p w14:paraId="369C2D52" w14:textId="58BB8436" w:rsidR="00E26514" w:rsidRPr="0014242E" w:rsidRDefault="0014242E">
      <w:pPr>
        <w:ind w:left="283"/>
        <w:rPr>
          <w:rFonts w:ascii="Avenir Next LT Pro" w:hAnsi="Avenir Next LT Pro"/>
          <w:lang w:val="es-AR"/>
        </w:rPr>
      </w:pPr>
      <w:r w:rsidRPr="0014242E">
        <w:rPr>
          <w:rFonts w:ascii="Segoe UI Symbol" w:hAnsi="Segoe UI Symbol" w:cs="Segoe UI Symbol"/>
          <w:lang w:val="es-AR"/>
        </w:rPr>
        <w:t>☐</w:t>
      </w:r>
      <w:r w:rsidRPr="0014242E">
        <w:rPr>
          <w:rFonts w:ascii="Avenir Next LT Pro" w:hAnsi="Avenir Next LT Pro"/>
          <w:lang w:val="es-AR"/>
        </w:rPr>
        <w:t xml:space="preserve"> Certificado</w:t>
      </w:r>
      <w:r w:rsidR="00000000" w:rsidRPr="0014242E">
        <w:rPr>
          <w:rFonts w:ascii="Avenir Next LT Pro" w:hAnsi="Avenir Next LT Pro"/>
          <w:lang w:val="es-AR"/>
        </w:rPr>
        <w:t xml:space="preserve"> de excombatiente (Ministerio de Defensa).</w:t>
      </w:r>
    </w:p>
    <w:p w14:paraId="20836A59" w14:textId="2CCBFDBC" w:rsidR="00E26514" w:rsidRPr="0014242E" w:rsidRDefault="00E26514">
      <w:pPr>
        <w:spacing w:before="240"/>
        <w:jc w:val="right"/>
        <w:rPr>
          <w:rFonts w:ascii="Avenir Next LT Pro" w:hAnsi="Avenir Next LT Pro"/>
        </w:rPr>
      </w:pPr>
    </w:p>
    <w:sectPr w:rsidR="00E26514" w:rsidRPr="0014242E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6807564">
    <w:abstractNumId w:val="8"/>
  </w:num>
  <w:num w:numId="2" w16cid:durableId="920022385">
    <w:abstractNumId w:val="6"/>
  </w:num>
  <w:num w:numId="3" w16cid:durableId="2079745088">
    <w:abstractNumId w:val="5"/>
  </w:num>
  <w:num w:numId="4" w16cid:durableId="818038598">
    <w:abstractNumId w:val="4"/>
  </w:num>
  <w:num w:numId="5" w16cid:durableId="1398437208">
    <w:abstractNumId w:val="7"/>
  </w:num>
  <w:num w:numId="6" w16cid:durableId="414473581">
    <w:abstractNumId w:val="3"/>
  </w:num>
  <w:num w:numId="7" w16cid:durableId="474027932">
    <w:abstractNumId w:val="2"/>
  </w:num>
  <w:num w:numId="8" w16cid:durableId="105776644">
    <w:abstractNumId w:val="1"/>
  </w:num>
  <w:num w:numId="9" w16cid:durableId="33006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42E"/>
    <w:rsid w:val="0015074B"/>
    <w:rsid w:val="0029639D"/>
    <w:rsid w:val="00326F90"/>
    <w:rsid w:val="004D0AE6"/>
    <w:rsid w:val="00AA1D8D"/>
    <w:rsid w:val="00B47730"/>
    <w:rsid w:val="00CB0664"/>
    <w:rsid w:val="00E26514"/>
    <w:rsid w:val="00F00B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76F0D"/>
  <w14:defaultImageDpi w14:val="300"/>
  <w15:docId w15:val="{B5D73AFB-50E9-4721-9DCA-CD840373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Agarcia</cp:lastModifiedBy>
  <cp:revision>3</cp:revision>
  <dcterms:created xsi:type="dcterms:W3CDTF">2026-10-06T13:43:00Z</dcterms:created>
  <dcterms:modified xsi:type="dcterms:W3CDTF">2026-10-06T13:44:00Z</dcterms:modified>
  <cp:category/>
</cp:coreProperties>
</file>